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COHORT MANAGEMENT ASSOCIATE AND TECHNICAL PRODUCER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COHORT MANAGEMENT ASSOCIATE AND TECHNICAL PRODUCER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C00600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