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 MÉDIA SOCIAL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 MÉDIA SOCIAL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