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GRAMMER WEB EDI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GRAMMER WEB EDI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