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COMMUNICATIONS/LEARNING OFFICER FOR PEOPLE MANAGEMENT UNIT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COMMUNICATIONS/LEARNING OFFICER FOR PEOPLE MANAGEMENT UNIT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