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DATA ANALY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DATA ANALY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