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COMMUNITY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COMMUNITY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C01500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