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AND SUPPLY CHAI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AND SUPPLY CHAI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