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CONTROLLER INTERNO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CONTROLLER INTERNO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