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ACCOUNTANCY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ACCOUNTANCY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