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FINANCE PROJET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FINANCE PROJET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