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ER FOR SKILLED POSI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ER FOR SKILLED POSITIO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