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INER FOR SKILLED POSITION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INER FOR SKILLED POSITION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