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SECRETARY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SECRETARY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