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SECRÉTAIRE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SECRÉTAIRE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