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COCINEROS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COCINEROS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