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CUISIN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CUISIN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