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POUND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POUND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