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COMPOUND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COMPOUND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G00500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