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NANNIES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NANNIES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