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RECEPTIONIST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RECEPTIONIST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G00700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8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