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EPCIONIS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EPCIONIS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