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RÉCEPTIONNISTE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RÉCEPTIONNISTE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