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UISINI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UISINI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