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GARDIEN D'ENFANT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GARDIEN D'ENFANT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