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CLEANERS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CLEANERS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