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JEFE/A DE LIMPIADOR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JEFE/A DE LIMPIADOR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