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ATA FILING CLER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ATA FILING CLER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