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ATA FILING CLERK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ATA FILING CLERK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