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FILING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FILING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