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LIMPIADOR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LIMPIADOR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