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AUXILIAR DE COCINA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AUXILIAR DE COCINA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