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AIDE CUISINIER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AIDE CUISINIER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G01300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