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DESARROLLO DE PERSONA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DESARROLLO DE PERSONA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