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RNING AND DEVELOPMEN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RNING AND DEVELOPMEN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