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ARNING AND DEVELOPMEN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ARNING AND DEVELOPMEN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