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APPRENTISSAGE ET DÉVELOPPEMENT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APPRENTISSAGE ET DÉVELOPPEMENT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