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HR TEAM LEADER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HR TEAM LEADER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H01000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