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OPLE DEVELOPMENT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OPLE DEVELOPMENT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