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REMUNERATION ANALYST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REMUNERATION ANALYST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