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ALYSTE RÉMUNÉRA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ALYSTE RÉMUNÉRA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