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RECRUITER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RECRUITER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