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LUTAD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LUTAD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