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TOCOL AND MOVEMENT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TOCOL AND MOVEMENT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