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OFFICE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OFFICE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