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ARGÉ DE FORMATIO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ARGÉ DE FORMATIO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