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DOMESTIC HR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DOMESTIC HR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