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HEAD OF OFFICE/ HEAD OF MESO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HEAD OF OFFICE/ HEAD OF MESO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