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LOGÍSTICA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LOGÍSTICA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