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ECHNICAL LOGISTICS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ECHNICAL LOGISTICS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