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LOGISTIQUE TECHNIQ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LOGISTIQUE TECHNIQ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